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FE2D1F" w14:paraId="34E04600" w14:textId="77777777">
        <w:tc>
          <w:tcPr>
            <w:tcW w:w="5472" w:type="dxa"/>
            <w:shd w:val="clear" w:color="auto" w:fill="F2F5F8"/>
            <w:tcMar>
              <w:top w:w="70" w:type="dxa"/>
              <w:left w:w="90" w:type="dxa"/>
              <w:bottom w:w="70" w:type="dxa"/>
              <w:right w:w="100" w:type="dxa"/>
            </w:tcMar>
          </w:tcPr>
          <w:p w14:paraId="49B40F54" w14:textId="77777777" w:rsidR="00FE2D1F" w:rsidRDefault="004F3D0A">
            <w:r>
              <w:rPr>
                <w:noProof/>
              </w:rPr>
              <w:drawing>
                <wp:inline distT="0" distB="0" distL="0" distR="0" wp14:anchorId="040960EA" wp14:editId="76D79B30">
                  <wp:extent cx="2057400" cy="78005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ch_logo_transparen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780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2" w:type="dxa"/>
            <w:shd w:val="clear" w:color="auto" w:fill="173A59"/>
            <w:tcMar>
              <w:top w:w="70" w:type="dxa"/>
              <w:left w:w="90" w:type="dxa"/>
              <w:bottom w:w="70" w:type="dxa"/>
              <w:right w:w="100" w:type="dxa"/>
            </w:tcMar>
          </w:tcPr>
          <w:p w14:paraId="1BBCE3F5" w14:textId="77777777" w:rsidR="00FE2D1F" w:rsidRDefault="004F3D0A">
            <w:pPr>
              <w:jc w:val="right"/>
            </w:pPr>
            <w:r>
              <w:rPr>
                <w:b/>
                <w:color w:val="FFFFFF"/>
                <w:sz w:val="30"/>
              </w:rPr>
              <w:t>NEW CUSTOMER SETUP</w:t>
            </w:r>
          </w:p>
          <w:p w14:paraId="3881EAB2" w14:textId="77777777" w:rsidR="00FE2D1F" w:rsidRDefault="004F3D0A">
            <w:pPr>
              <w:jc w:val="right"/>
            </w:pPr>
            <w:r>
              <w:rPr>
                <w:color w:val="E6EFF6"/>
              </w:rPr>
              <w:t>Customer information and credit agreement</w:t>
            </w:r>
          </w:p>
          <w:p w14:paraId="6B158D72" w14:textId="2B6EF601" w:rsidR="00FE2D1F" w:rsidRDefault="00FE2D1F" w:rsidP="00AD1070">
            <w:pPr>
              <w:jc w:val="center"/>
            </w:pPr>
          </w:p>
        </w:tc>
      </w:tr>
    </w:tbl>
    <w:p w14:paraId="1AEA43F2" w14:textId="77777777" w:rsidR="00FE2D1F" w:rsidRDefault="004F3D0A">
      <w:pPr>
        <w:shd w:val="clear" w:color="auto" w:fill="EEF2F6"/>
        <w:spacing w:before="60" w:after="60"/>
      </w:pPr>
      <w:r>
        <w:rPr>
          <w:b/>
          <w:color w:val="14344E"/>
          <w:sz w:val="18"/>
        </w:rPr>
        <w:t xml:space="preserve">  1  BUSINESS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2520"/>
        <w:gridCol w:w="3960"/>
      </w:tblGrid>
      <w:tr w:rsidR="00FE2D1F" w14:paraId="0B5EC3EB" w14:textId="77777777">
        <w:trPr>
          <w:jc w:val="center"/>
        </w:trPr>
        <w:tc>
          <w:tcPr>
            <w:tcW w:w="6840" w:type="dxa"/>
            <w:gridSpan w:val="2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283D5B81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Legal business name *</w:t>
            </w:r>
          </w:p>
          <w:p w14:paraId="54EC2D5E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96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03955042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DBA / store name</w:t>
            </w:r>
          </w:p>
          <w:p w14:paraId="1234B70A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  <w:tr w:rsidR="00FE2D1F" w14:paraId="2B28A293" w14:textId="77777777">
        <w:trPr>
          <w:jc w:val="center"/>
        </w:trPr>
        <w:tc>
          <w:tcPr>
            <w:tcW w:w="432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4D8EB436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Business phone *</w:t>
            </w:r>
          </w:p>
          <w:p w14:paraId="76A44B0A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480" w:type="dxa"/>
            <w:gridSpan w:val="2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17DFAD28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Business email</w:t>
            </w:r>
          </w:p>
          <w:p w14:paraId="7B028802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50F19FF7" w14:textId="77777777" w:rsidR="00FE2D1F" w:rsidRDefault="004F3D0A">
      <w:pPr>
        <w:spacing w:before="60" w:line="269" w:lineRule="auto"/>
      </w:pPr>
      <w:r>
        <w:rPr>
          <w:b/>
        </w:rPr>
        <w:t xml:space="preserve">Business type:   </w:t>
      </w:r>
      <w:r>
        <w:t>☐ Proprietorship     ☐ LLC     ☐ Partnership     ☐ Government     ☐ Corporation</w:t>
      </w:r>
    </w:p>
    <w:p w14:paraId="6092BA45" w14:textId="77777777" w:rsidR="00FE2D1F" w:rsidRDefault="004F3D0A">
      <w:pPr>
        <w:spacing w:before="20" w:after="40" w:line="240" w:lineRule="auto"/>
      </w:pPr>
      <w:r>
        <w:rPr>
          <w:b/>
          <w:sz w:val="17"/>
        </w:rPr>
        <w:t>Customer classification:</w:t>
      </w:r>
      <w:r>
        <w:t xml:space="preserve">   ☐ Retail      ☐ Wholesale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472"/>
      </w:tblGrid>
      <w:tr w:rsidR="00FE2D1F" w14:paraId="29457914" w14:textId="77777777">
        <w:trPr>
          <w:jc w:val="center"/>
        </w:trPr>
        <w:tc>
          <w:tcPr>
            <w:tcW w:w="5328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7800C659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ST Tax ID#</w:t>
            </w:r>
          </w:p>
          <w:p w14:paraId="50C64A01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47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6211E400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FED Tax ID#</w:t>
            </w:r>
          </w:p>
          <w:p w14:paraId="6364B375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6942CB7B" w14:textId="77777777" w:rsidR="00FE2D1F" w:rsidRDefault="004F3D0A">
      <w:pPr>
        <w:shd w:val="clear" w:color="auto" w:fill="EEF2F6"/>
        <w:spacing w:before="60" w:after="60"/>
      </w:pPr>
      <w:r>
        <w:rPr>
          <w:b/>
          <w:color w:val="14344E"/>
          <w:sz w:val="18"/>
        </w:rPr>
        <w:t xml:space="preserve">  2  BILLING &amp; SHIPPING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2448"/>
        <w:gridCol w:w="1152"/>
        <w:gridCol w:w="2232"/>
      </w:tblGrid>
      <w:tr w:rsidR="00FE2D1F" w14:paraId="2608BEE0" w14:textId="77777777">
        <w:trPr>
          <w:jc w:val="center"/>
        </w:trPr>
        <w:tc>
          <w:tcPr>
            <w:tcW w:w="4968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42851802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Billing street address *</w:t>
            </w:r>
          </w:p>
          <w:p w14:paraId="06F6D4E7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448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46526308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City *</w:t>
            </w:r>
          </w:p>
          <w:p w14:paraId="61ADFDD3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5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6AEF7246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State *</w:t>
            </w:r>
          </w:p>
          <w:p w14:paraId="7EFFD379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23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3760C676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ZIP *</w:t>
            </w:r>
          </w:p>
          <w:p w14:paraId="16AA804D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388F53FE" w14:textId="77777777" w:rsidR="00FE2D1F" w:rsidRDefault="004F3D0A">
      <w:pPr>
        <w:spacing w:before="60" w:after="40" w:line="269" w:lineRule="auto"/>
      </w:pPr>
      <w:r>
        <w:t>☐ Shipping address same as billing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2448"/>
        <w:gridCol w:w="1152"/>
        <w:gridCol w:w="2232"/>
      </w:tblGrid>
      <w:tr w:rsidR="00FE2D1F" w14:paraId="57398346" w14:textId="77777777">
        <w:trPr>
          <w:jc w:val="center"/>
        </w:trPr>
        <w:tc>
          <w:tcPr>
            <w:tcW w:w="4968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6D960F16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Shipping street address (if different)</w:t>
            </w:r>
          </w:p>
          <w:p w14:paraId="30CDBAB3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448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5F803AAB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City</w:t>
            </w:r>
          </w:p>
          <w:p w14:paraId="5557A390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5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1E2AA54E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State</w:t>
            </w:r>
          </w:p>
          <w:p w14:paraId="65145A94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23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58E3D746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ZIP</w:t>
            </w:r>
          </w:p>
          <w:p w14:paraId="37C68DC5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546E03EC" w14:textId="77777777" w:rsidR="00FE2D1F" w:rsidRDefault="004F3D0A">
      <w:pPr>
        <w:shd w:val="clear" w:color="auto" w:fill="EEF2F6"/>
        <w:spacing w:before="60" w:after="60"/>
      </w:pPr>
      <w:r>
        <w:rPr>
          <w:b/>
          <w:color w:val="14344E"/>
          <w:sz w:val="18"/>
        </w:rPr>
        <w:t xml:space="preserve">  3  ORDER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4320"/>
        <w:gridCol w:w="3024"/>
      </w:tblGrid>
      <w:tr w:rsidR="00FE2D1F" w14:paraId="1FAE3AFF" w14:textId="77777777">
        <w:trPr>
          <w:jc w:val="center"/>
        </w:trPr>
        <w:tc>
          <w:tcPr>
            <w:tcW w:w="3456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1B99595E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Order contact name *</w:t>
            </w:r>
          </w:p>
          <w:p w14:paraId="65061C73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32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367E558C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Order email *</w:t>
            </w:r>
          </w:p>
          <w:p w14:paraId="27A4B9AC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24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7573BED8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Order phone</w:t>
            </w:r>
          </w:p>
          <w:p w14:paraId="746D499E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7A1A0134" w14:textId="77777777" w:rsidR="00FE2D1F" w:rsidRDefault="004F3D0A">
      <w:pPr>
        <w:spacing w:before="40" w:after="40" w:line="269" w:lineRule="auto"/>
      </w:pPr>
      <w:r>
        <w:t>☐ Purchase order (PO) required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E2D1F" w14:paraId="0DD7DDB3" w14:textId="77777777">
        <w:trPr>
          <w:jc w:val="center"/>
        </w:trPr>
        <w:tc>
          <w:tcPr>
            <w:tcW w:w="1080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52AD2D69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Primary contact (if different)</w:t>
            </w:r>
          </w:p>
          <w:p w14:paraId="58B4095B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2D60D640" w14:textId="77777777" w:rsidR="00FE2D1F" w:rsidRDefault="004F3D0A">
      <w:pPr>
        <w:shd w:val="clear" w:color="auto" w:fill="EEF2F6"/>
        <w:spacing w:before="60" w:after="60"/>
      </w:pPr>
      <w:r>
        <w:rPr>
          <w:b/>
          <w:color w:val="14344E"/>
          <w:sz w:val="18"/>
        </w:rPr>
        <w:t xml:space="preserve">  4  ACCOUNTS PAYABLE (AP)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4320"/>
        <w:gridCol w:w="3024"/>
      </w:tblGrid>
      <w:tr w:rsidR="00FE2D1F" w14:paraId="468DA470" w14:textId="77777777">
        <w:trPr>
          <w:jc w:val="center"/>
        </w:trPr>
        <w:tc>
          <w:tcPr>
            <w:tcW w:w="3456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77080DE5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AP contact name *</w:t>
            </w:r>
          </w:p>
          <w:p w14:paraId="0B09F052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32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17554372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AP email - invoices &amp; statements *</w:t>
            </w:r>
          </w:p>
          <w:p w14:paraId="3D093518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024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2546BAE7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AP phone</w:t>
            </w:r>
          </w:p>
          <w:p w14:paraId="257CF9F3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42EA2944" w14:textId="77777777" w:rsidR="00FE2D1F" w:rsidRDefault="004F3D0A">
      <w:pPr>
        <w:shd w:val="clear" w:color="auto" w:fill="EEF2F6"/>
        <w:spacing w:before="60" w:after="60"/>
      </w:pPr>
      <w:r>
        <w:rPr>
          <w:b/>
          <w:color w:val="14344E"/>
          <w:sz w:val="18"/>
        </w:rPr>
        <w:t xml:space="preserve">  5  BANK REFERENCE (FOR CREDIT AUTHORIZATION)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3600"/>
        <w:gridCol w:w="2880"/>
      </w:tblGrid>
      <w:tr w:rsidR="00FE2D1F" w14:paraId="1AA3C018" w14:textId="77777777">
        <w:trPr>
          <w:jc w:val="center"/>
        </w:trPr>
        <w:tc>
          <w:tcPr>
            <w:tcW w:w="432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2C3DE19B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Bank / financial institution</w:t>
            </w:r>
          </w:p>
          <w:p w14:paraId="5D04D139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60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1CDB505A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Bank contact or phone</w:t>
            </w:r>
          </w:p>
          <w:p w14:paraId="24A63B9A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880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1849518C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City / state</w:t>
            </w:r>
          </w:p>
          <w:p w14:paraId="4FCA3017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170D151D" w14:textId="77777777" w:rsidR="00FE2D1F" w:rsidRDefault="004F3D0A">
      <w:pPr>
        <w:shd w:val="clear" w:color="auto" w:fill="EEF2F6"/>
        <w:spacing w:before="60" w:after="60"/>
      </w:pPr>
      <w:r>
        <w:rPr>
          <w:b/>
          <w:color w:val="14344E"/>
          <w:sz w:val="18"/>
        </w:rPr>
        <w:t xml:space="preserve">  6  TAX DOCUMENTATION &amp; ACCOUNT TERMS</w:t>
      </w:r>
    </w:p>
    <w:p w14:paraId="6BEFBC72" w14:textId="77777777" w:rsidR="00FE2D1F" w:rsidRDefault="004F3D0A">
      <w:pPr>
        <w:spacing w:before="40" w:after="40" w:line="269" w:lineRule="auto"/>
      </w:pPr>
      <w:r>
        <w:rPr>
          <w:b/>
        </w:rPr>
        <w:t xml:space="preserve">Sales tax exemption:  </w:t>
      </w:r>
      <w:r w:rsidRPr="00AD1070">
        <w:rPr>
          <w:sz w:val="15"/>
          <w:highlight w:val="yellow"/>
        </w:rPr>
        <w:t>If claiming exemption, MUST include the tax exemption form for the state where the customer location is located.</w:t>
      </w:r>
    </w:p>
    <w:p w14:paraId="671D431E" w14:textId="77777777" w:rsidR="00FE2D1F" w:rsidRDefault="004F3D0A">
      <w:pPr>
        <w:spacing w:before="60" w:after="40" w:line="269" w:lineRule="auto"/>
      </w:pPr>
      <w:r>
        <w:rPr>
          <w:b/>
        </w:rPr>
        <w:t>Standard payment terms: NET 30    |    Automatic initial credit limit: $500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32"/>
        <w:gridCol w:w="3168"/>
      </w:tblGrid>
      <w:tr w:rsidR="00FE2D1F" w14:paraId="440EFD5B" w14:textId="77777777">
        <w:trPr>
          <w:jc w:val="center"/>
        </w:trPr>
        <w:tc>
          <w:tcPr>
            <w:tcW w:w="763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68A4D0B4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Salesman</w:t>
            </w:r>
          </w:p>
          <w:p w14:paraId="15E77E6E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168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6CEA1128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Territory#</w:t>
            </w:r>
          </w:p>
          <w:p w14:paraId="6AA12B82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0E1A71D1" w14:textId="77777777" w:rsidR="00FE2D1F" w:rsidRDefault="004F3D0A">
      <w:pPr>
        <w:shd w:val="clear" w:color="auto" w:fill="EEF2F6"/>
        <w:spacing w:before="60" w:after="60"/>
      </w:pPr>
      <w:r>
        <w:rPr>
          <w:b/>
          <w:color w:val="14344E"/>
          <w:sz w:val="18"/>
        </w:rPr>
        <w:t xml:space="preserve">  7  CREDIT AGREEMENT &amp; AUTHORIZATION</w:t>
      </w:r>
    </w:p>
    <w:p w14:paraId="278D05AA" w14:textId="77777777" w:rsidR="00FE2D1F" w:rsidRDefault="004F3D0A">
      <w:pPr>
        <w:spacing w:after="40" w:line="269" w:lineRule="auto"/>
      </w:pPr>
      <w:r>
        <w:rPr>
          <w:sz w:val="14"/>
        </w:rPr>
        <w:t>I (We) hereby apply for credit and agree that if such credit is extended that I (We) will pay all invoices within 30 days. I (We) understand and agree that if our account is not paid within terms, it will become delinquent and a financing charge of 1.5% per month (18% per annum) will be applied to the delinquent amount and I (We) further understand and agree to pay all attorney and/or collections fees in the collection of my (our) account, in the event such action is taken by Tech Inc.</w:t>
      </w:r>
      <w:r>
        <w:rPr>
          <w:sz w:val="14"/>
        </w:rPr>
        <w:br/>
        <w:t>The above information is for the purpose of obtaining credit and is warranted to be true. I (we) hereby authorize the firm to whom this application is made to investigate the bank reference listed pertaining to my (our) credit and financial responsibility.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3816"/>
        <w:gridCol w:w="2952"/>
      </w:tblGrid>
      <w:tr w:rsidR="00FE2D1F" w14:paraId="7B47A3ED" w14:textId="77777777">
        <w:trPr>
          <w:jc w:val="center"/>
        </w:trPr>
        <w:tc>
          <w:tcPr>
            <w:tcW w:w="403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681F2113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Printed name *</w:t>
            </w:r>
          </w:p>
          <w:p w14:paraId="0D44B956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816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2086CD25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Title</w:t>
            </w:r>
          </w:p>
          <w:p w14:paraId="6E78C10E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952" w:type="dxa"/>
            <w:tcBorders>
              <w:bottom w:val="single" w:sz="5" w:space="0" w:color="A8BBD0"/>
            </w:tcBorders>
            <w:tcMar>
              <w:top w:w="40" w:type="dxa"/>
              <w:left w:w="40" w:type="dxa"/>
              <w:bottom w:w="20" w:type="dxa"/>
              <w:right w:w="80" w:type="dxa"/>
            </w:tcMar>
            <w:vAlign w:val="center"/>
          </w:tcPr>
          <w:p w14:paraId="29933444" w14:textId="77777777" w:rsidR="00FE2D1F" w:rsidRDefault="004F3D0A">
            <w:pPr>
              <w:spacing w:after="40"/>
            </w:pPr>
            <w:r>
              <w:rPr>
                <w:color w:val="5A6F84"/>
                <w:sz w:val="14"/>
              </w:rPr>
              <w:t>Date *</w:t>
            </w:r>
          </w:p>
          <w:p w14:paraId="0F48EA0D" w14:textId="77777777" w:rsidR="00FE2D1F" w:rsidRDefault="004F3D0A">
            <w:pPr>
              <w:spacing w:line="264" w:lineRule="auto"/>
            </w:pPr>
            <w:r>
              <w:rPr>
                <w:sz w:val="18"/>
              </w:rPr>
              <w:t xml:space="preserve"> </w:t>
            </w:r>
          </w:p>
        </w:tc>
      </w:tr>
    </w:tbl>
    <w:p w14:paraId="0668A593" w14:textId="77777777" w:rsidR="00FE2D1F" w:rsidRDefault="004F3D0A">
      <w:pPr>
        <w:spacing w:before="80" w:after="40" w:line="269" w:lineRule="auto"/>
      </w:pPr>
      <w:r>
        <w:rPr>
          <w:color w:val="5F758A"/>
          <w:sz w:val="14"/>
        </w:rPr>
        <w:t>Signature * (sign by hand after printing)</w:t>
      </w:r>
    </w:p>
    <w:p w14:paraId="77A4B039" w14:textId="77777777" w:rsidR="00FE2D1F" w:rsidRDefault="004F3D0A">
      <w:pPr>
        <w:spacing w:before="200" w:after="40" w:line="269" w:lineRule="auto"/>
      </w:pPr>
      <w:r>
        <w:rPr>
          <w:sz w:val="14"/>
        </w:rPr>
        <w:t>_________________________________________________________________________________________________________________</w:t>
      </w:r>
    </w:p>
    <w:sectPr w:rsidR="00FE2D1F" w:rsidSect="00034616">
      <w:pgSz w:w="12240" w:h="15840"/>
      <w:pgMar w:top="432" w:right="648" w:bottom="389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8153957">
    <w:abstractNumId w:val="8"/>
  </w:num>
  <w:num w:numId="2" w16cid:durableId="198012724">
    <w:abstractNumId w:val="6"/>
  </w:num>
  <w:num w:numId="3" w16cid:durableId="1098988579">
    <w:abstractNumId w:val="5"/>
  </w:num>
  <w:num w:numId="4" w16cid:durableId="1506935893">
    <w:abstractNumId w:val="4"/>
  </w:num>
  <w:num w:numId="5" w16cid:durableId="1015351763">
    <w:abstractNumId w:val="7"/>
  </w:num>
  <w:num w:numId="6" w16cid:durableId="1187905994">
    <w:abstractNumId w:val="3"/>
  </w:num>
  <w:num w:numId="7" w16cid:durableId="1657495115">
    <w:abstractNumId w:val="2"/>
  </w:num>
  <w:num w:numId="8" w16cid:durableId="635725116">
    <w:abstractNumId w:val="1"/>
  </w:num>
  <w:num w:numId="9" w16cid:durableId="5211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5398"/>
    <w:rsid w:val="004F3D0A"/>
    <w:rsid w:val="007300BC"/>
    <w:rsid w:val="00AA1D8D"/>
    <w:rsid w:val="00AD1070"/>
    <w:rsid w:val="00B47730"/>
    <w:rsid w:val="00CB0664"/>
    <w:rsid w:val="00E347AD"/>
    <w:rsid w:val="00FC693F"/>
    <w:rsid w:val="00FE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2773F1"/>
  <w14:defaultImageDpi w14:val="300"/>
  <w15:docId w15:val="{82104408-2351-4FA3-951C-4D1E1C8A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D374C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Matthew Siegel</cp:lastModifiedBy>
  <cp:revision>3</cp:revision>
  <dcterms:created xsi:type="dcterms:W3CDTF">2026-10-29T19:53:00Z</dcterms:created>
  <dcterms:modified xsi:type="dcterms:W3CDTF">2026-10-29T19:54:00Z</dcterms:modified>
  <cp:category/>
</cp:coreProperties>
</file>